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ЗАЯВЛЕНИЕ</w:t>
      </w:r>
    </w:p>
    <w:p>
      <w:pPr>
        <w:jc w:val="center"/>
      </w:pPr>
      <w:r>
        <w:t>до Ректора на [име на измисления университет], гр. [град]</w:t>
      </w:r>
    </w:p>
    <w:p>
      <w:r>
        <w:t>Моля, да бъда допуснат(а) до кандидатстудентски изпит.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Трите имена на кандидата</w:t>
            </w:r>
          </w:p>
        </w:tc>
        <w:tc>
          <w:tcPr>
            <w:tcW w:type="dxa" w:w="4320"/>
          </w:tcPr>
          <w:p>
            <w:r>
              <w:rPr>
                <w:i/>
                <w:color w:val="888888"/>
              </w:rPr>
              <w:t>[Plain Text]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Дата на раждане</w:t>
            </w:r>
          </w:p>
        </w:tc>
        <w:tc>
          <w:tcPr>
            <w:tcW w:type="dxa" w:w="4320"/>
          </w:tcPr>
          <w:p>
            <w:r>
              <w:rPr>
                <w:i/>
                <w:color w:val="888888"/>
              </w:rPr>
              <w:t>[Date Picker]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Специалност</w:t>
            </w:r>
          </w:p>
        </w:tc>
        <w:tc>
          <w:tcPr>
            <w:tcW w:type="dxa" w:w="4320"/>
          </w:tcPr>
          <w:p>
            <w:r>
              <w:rPr>
                <w:i/>
                <w:color w:val="888888"/>
              </w:rPr>
              <w:t>[Drop-Down List]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Как научихте за нас?</w:t>
            </w:r>
          </w:p>
        </w:tc>
        <w:tc>
          <w:tcPr>
            <w:tcW w:type="dxa" w:w="4320"/>
          </w:tcPr>
          <w:p>
            <w:r>
              <w:rPr>
                <w:i/>
                <w:color w:val="888888"/>
              </w:rPr>
              <w:t>[Combo Box]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Снимка</w:t>
            </w:r>
          </w:p>
        </w:tc>
        <w:tc>
          <w:tcPr>
            <w:tcW w:type="dxa" w:w="4320"/>
          </w:tcPr>
          <w:p>
            <w:r>
              <w:rPr>
                <w:i/>
                <w:color w:val="888888"/>
              </w:rPr>
              <w:t>[Picture]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Мотивация</w:t>
            </w:r>
          </w:p>
        </w:tc>
        <w:tc>
          <w:tcPr>
            <w:tcW w:type="dxa" w:w="4320"/>
          </w:tcPr>
          <w:p>
            <w:r>
              <w:rPr>
                <w:i/>
                <w:color w:val="888888"/>
              </w:rPr>
              <w:t>[Rich Text]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Декларирам, че данните са верни</w:t>
            </w:r>
          </w:p>
        </w:tc>
        <w:tc>
          <w:tcPr>
            <w:tcW w:type="dxa" w:w="4320"/>
          </w:tcPr>
          <w:p>
            <w:r>
              <w:rPr>
                <w:i/>
                <w:color w:val="888888"/>
              </w:rPr>
              <w:t>[Check Box]</w:t>
            </w:r>
          </w:p>
        </w:tc>
      </w:tr>
    </w:tbl>
    <w:p/>
    <w:p>
      <w:r>
        <w:rPr>
          <w:i/>
          <w:sz w:val="20"/>
        </w:rPr>
        <w:t>Указание: заменете сивите надписи с контроли от Developer → Controls. Попълвайте само с измислени данни. Накрая защитете формуляра (Group или Restrict Editing → Filling in forms).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