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579A"/>
          <w:sz w:val="30"/>
        </w:rPr>
        <w:t>СУ „Иван Вазов“ · Олимпиада по математика</w:t>
      </w:r>
    </w:p>
    <w:p/>
    <w:p>
      <w:r>
        <w:t xml:space="preserve">Уважаеми/а </w:t>
      </w:r>
      <w:r>
        <w:rPr>
          <w:b/>
          <w:color w:val="C00000"/>
        </w:rPr>
        <w:t>[Родител]</w:t>
      </w:r>
      <w:r>
        <w:t>,</w:t>
      </w:r>
    </w:p>
    <w:p>
      <w:r>
        <w:t xml:space="preserve">Уведомяваме Ви, че Вашето дете </w:t>
      </w:r>
      <w:r>
        <w:rPr>
          <w:b/>
          <w:color w:val="C00000"/>
        </w:rPr>
        <w:t>[Име]</w:t>
      </w:r>
      <w:r>
        <w:t xml:space="preserve"> от </w:t>
      </w:r>
      <w:r>
        <w:rPr>
          <w:b/>
          <w:color w:val="C00000"/>
        </w:rPr>
        <w:t>[Клас]</w:t>
      </w:r>
      <w:r>
        <w:t xml:space="preserve"> клас участва в училищната олимпиада по математика и получи общо </w:t>
      </w:r>
      <w:r>
        <w:rPr>
          <w:b/>
          <w:color w:val="C00000"/>
        </w:rPr>
        <w:t>[Общ брой точки]</w:t>
      </w:r>
      <w:r>
        <w:t xml:space="preserve"> точки от максимално 30.</w:t>
      </w:r>
    </w:p>
    <w:p>
      <w:r>
        <w:t xml:space="preserve">Каним Ви на церемонията по награждаването на </w:t>
      </w:r>
      <w:r>
        <w:rPr>
          <w:b/>
          <w:color w:val="C00000"/>
        </w:rPr>
        <w:t>[дата]</w:t>
      </w:r>
      <w:r>
        <w:t xml:space="preserve"> в актовата зала на училището.</w:t>
      </w:r>
    </w:p>
    <w:p>
      <w:r>
        <w:t>Благодарим Ви за подкрепата!</w:t>
      </w:r>
    </w:p>
    <w:p>
      <w:r>
        <w:t>С уважение,</w:t>
        <w:br/>
        <w:t>екип „…“ и учителите по математика</w:t>
      </w:r>
    </w:p>
    <w:p/>
    <w:p>
      <w:r>
        <w:rPr>
          <w:i/>
          <w:sz w:val="20"/>
        </w:rPr>
        <w:t>Указание: изтрийте червения текст и на негово място вмъкнете полета от Mailings → Insert Merge Field. Данните в olimpiada.xlsx са измислени.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