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1F5C8A"/>
          <w:sz w:val="64"/>
        </w:rPr>
        <w:t>ПОКАНА</w:t>
      </w:r>
    </w:p>
    <w:p>
      <w:pPr>
        <w:jc w:val="center"/>
      </w:pPr>
      <w:r>
        <w:t>Училище: [име на училището]</w:t>
      </w:r>
    </w:p>
    <w:p>
      <w:pPr>
        <w:jc w:val="center"/>
      </w:pPr>
      <w:r>
        <w:t>Адрес: [адрес на училището]</w:t>
      </w:r>
    </w:p>
    <w:p>
      <w:pPr>
        <w:jc w:val="center"/>
      </w:pPr>
    </w:p>
    <w:p>
      <w:pPr>
        <w:jc w:val="center"/>
      </w:pPr>
      <w:r>
        <w:t>Имаме удоволствието да Ви поканим на</w:t>
      </w:r>
    </w:p>
    <w:p>
      <w:pPr>
        <w:jc w:val="center"/>
      </w:pPr>
      <w:r>
        <w:t>[име на тържеството]</w:t>
      </w:r>
    </w:p>
    <w:p>
      <w:pPr>
        <w:jc w:val="center"/>
      </w:pPr>
    </w:p>
    <w:p>
      <w:pPr>
        <w:jc w:val="center"/>
      </w:pPr>
      <w:r>
        <w:t>организирано от учениците от [клас] клас,</w:t>
      </w:r>
    </w:p>
    <w:p>
      <w:pPr>
        <w:jc w:val="center"/>
      </w:pPr>
      <w:r>
        <w:t>което ще се състои на [дата] от 18:00 ч.</w:t>
      </w:r>
    </w:p>
    <w:p>
      <w:pPr>
        <w:jc w:val="center"/>
      </w:pPr>
    </w:p>
    <w:p>
      <w:pPr>
        <w:jc w:val="center"/>
      </w:pPr>
      <w:r>
        <w:t>Очакваме Ви!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