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69"/>
        <w:gridCol w:w="5669"/>
      </w:tblGrid>
      <w:tr>
        <w:tc>
          <w:tcPr>
            <w:tcW w:type="dxa" w:w="8504"/>
          </w:tcPr>
          <w:p>
            <w:r>
              <w:rPr>
                <w:b/>
              </w:rPr>
              <w:t>Подател:</w:t>
            </w:r>
          </w:p>
          <w:p>
            <w:r>
              <w:t>Име и фамилия: …</w:t>
            </w:r>
          </w:p>
          <w:p>
            <w:r>
              <w:t>Адрес: …</w:t>
            </w:r>
          </w:p>
          <w:p>
            <w:r>
              <w:t>Населено място: …</w:t>
            </w:r>
          </w:p>
        </w:tc>
        <w:tc>
          <w:tcPr>
            <w:tcW w:type="dxa" w:w="2551"/>
            <w:tcBorders>
              <w:top w:val="dashed" w:sz="8" w:color="777777"/>
              <w:left w:val="dashed" w:sz="8" w:color="777777"/>
              <w:bottom w:val="dashed" w:sz="8" w:color="777777"/>
              <w:right w:val="dashed" w:sz="8" w:color="777777"/>
            </w:tcBorders>
          </w:tcPr>
          <w:p>
            <w:pPr>
              <w:jc w:val="center"/>
            </w:pPr>
            <w:r>
              <w:rPr>
                <w:color w:val="777777"/>
              </w:rPr>
              <w:t>МЯСТО ЗА</w:t>
              <w:br/>
              <w:t>ПОЩЕНСКА МАРКА</w:t>
            </w:r>
          </w:p>
        </w:tc>
      </w:tr>
    </w:tbl>
    <w:p/>
    <w:p/>
    <w:p>
      <w:pPr>
        <w:ind w:left="5953"/>
      </w:pPr>
      <w:r>
        <w:rPr>
          <w:b/>
        </w:rPr>
        <w:t>Получател:</w:t>
      </w:r>
    </w:p>
    <w:p>
      <w:pPr>
        <w:ind w:left="5953"/>
      </w:pPr>
      <w:r>
        <w:rPr>
          <w:b w:val="0"/>
        </w:rPr>
        <w:t>Име и фамилия: …</w:t>
      </w:r>
    </w:p>
    <w:p>
      <w:pPr>
        <w:ind w:left="5953"/>
      </w:pPr>
      <w:r>
        <w:rPr>
          <w:b w:val="0"/>
        </w:rPr>
        <w:t>Адрес: …</w:t>
      </w:r>
    </w:p>
    <w:p>
      <w:pPr>
        <w:ind w:left="5953"/>
      </w:pPr>
      <w:r>
        <w:rPr>
          <w:b w:val="0"/>
        </w:rPr>
        <w:t>Населено място: …</w:t>
      </w:r>
    </w:p>
    <w:sectPr w:rsidR="00FC693F" w:rsidRPr="0006063C" w:rsidSect="00034616">
      <w:pgSz w:w="12472" w:h="6236" w:orient="landscape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