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864"/>
          <w:sz w:val="40"/>
        </w:rPr>
        <w:t>ЗАЯВЛЕНИЕ ЗА ПРОПУСК</w:t>
      </w:r>
    </w:p>
    <w:p>
      <w:pPr>
        <w:jc w:val="center"/>
      </w:pPr>
      <w:r>
        <w:t>Космодрум „Орион-7“ (измислен) · набор на кандидат-астронавти</w:t>
      </w:r>
    </w:p>
    <w:p>
      <w:r>
        <w:rPr>
          <w:i/>
        </w:rPr>
        <w:t>Попълнете формуляра с измислени данни.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Номер на кандидата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(поле с най-много 2 знака – Legacy Tools → Text Form Field)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Трите имена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(Plain Text)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Снимка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(Picture)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Дата на раждане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(Date Picker, формат dd.MM.yyyy)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Образование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(Drop-Down List: Основно, Средно, Висше)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Любима планета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(Combo Box)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Мотивационно писмо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(Rich Text)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Съгласен/съгласна съм с правилата на полета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(Check Box)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Клетва на кандидата</w:t>
            </w:r>
          </w:p>
        </w:tc>
        <w:tc>
          <w:tcPr>
            <w:tcW w:type="dxa" w:w="4320"/>
          </w:tcPr>
          <w:p>
            <w:r>
              <w:rPr>
                <w:color w:val="999999"/>
                <w:sz w:val="18"/>
              </w:rPr>
              <w:t>(Building Block Gallery или Drop-Down List)</w:t>
            </w:r>
          </w:p>
        </w:tc>
      </w:tr>
    </w:tbl>
    <w:p/>
    <w:p>
      <w:r>
        <w:rPr>
          <w:i/>
          <w:sz w:val="18"/>
        </w:rPr>
        <w:t>Указание: изтрий сивите подсказки в дясната колона и на тяхно място вмъкни подходящата контрола от Developer → Controls. Накрая защити формуляра (Group или Restrict Editing → Filling in forms).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