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392B"/>
        </w:rPr>
        <w:t>[Име]</w:t>
      </w:r>
      <w:r>
        <w:rPr>
          <w:b w:val="0"/>
        </w:rPr>
        <w:t xml:space="preserve"> </w:t>
      </w:r>
      <w:r>
        <w:rPr>
          <w:b/>
          <w:color w:val="C0392B"/>
        </w:rPr>
        <w:t>[Фамилия]</w:t>
      </w:r>
    </w:p>
    <w:p>
      <w:r>
        <w:rPr>
          <w:b/>
          <w:color w:val="C0392B"/>
        </w:rPr>
        <w:t>[Група]</w:t>
      </w:r>
    </w:p>
    <w:p>
      <w:r>
        <w:rPr>
          <w:b/>
          <w:color w:val="C0392B"/>
        </w:rPr>
        <w:t>[Адрес]</w:t>
      </w:r>
    </w:p>
    <w:p>
      <w:r>
        <w:rPr>
          <w:b/>
          <w:color w:val="C0392B"/>
        </w:rPr>
        <w:t>[Град]</w:t>
      </w:r>
    </w:p>
    <w:p>
      <w:pPr>
        <w:jc w:val="right"/>
      </w:pPr>
      <w:r>
        <w:rPr>
          <w:b w:val="0"/>
        </w:rPr>
        <w:t>гр. София, юни 2026 г.</w:t>
      </w:r>
    </w:p>
    <w:p>
      <w:pPr>
        <w:jc w:val="center"/>
      </w:pPr>
      <w:r>
        <w:rPr>
          <w:b/>
          <w:sz w:val="40"/>
        </w:rPr>
        <w:t>ПОКАНА</w:t>
      </w:r>
    </w:p>
    <w:p>
      <w:r>
        <w:rPr>
          <w:b/>
        </w:rPr>
        <w:t xml:space="preserve">Здравейте, </w:t>
      </w:r>
      <w:r>
        <w:rPr>
          <w:b/>
          <w:color w:val="C0392B"/>
        </w:rPr>
        <w:t>[Име]</w:t>
      </w:r>
      <w:r>
        <w:rPr>
          <w:b/>
        </w:rPr>
        <w:t>!</w:t>
      </w:r>
    </w:p>
    <w:p>
      <w:r>
        <w:rPr>
          <w:b w:val="0"/>
        </w:rPr>
        <w:t>С радост Ви каним да свирите на фестивала на уличната музика „Звучен площад“, който ще се проведе от 7 до 9 август 2026 г. на централния площад. Всяка група ще има 30 минути на сцената и място за палатка в лагера на музикантите. Моля, потвърдете участието си до 15 юли.</w:t>
      </w:r>
    </w:p>
    <w:p>
      <w:r>
        <w:rPr>
          <w:b w:val="0"/>
        </w:rPr>
        <w:t xml:space="preserve">Очакваме </w:t>
      </w:r>
      <w:r>
        <w:rPr>
          <w:b/>
          <w:color w:val="C0392B"/>
        </w:rPr>
        <w:t>[Група]</w:t>
      </w:r>
      <w:r>
        <w:rPr>
          <w:b w:val="0"/>
        </w:rPr>
        <w:t xml:space="preserve"> с нетърпение!</w:t>
      </w:r>
    </w:p>
    <w:p>
      <w:r>
        <w:rPr>
          <w:b w:val="0"/>
        </w:rPr>
        <w:t>С уважение,</w:t>
      </w:r>
    </w:p>
    <w:p>
      <w:r>
        <w:rPr>
          <w:b w:val="0"/>
        </w:rPr>
        <w:t>Пощата на фестивала</w:t>
      </w:r>
    </w:p>
    <w:p>
      <w:r>
        <w:rPr>
          <w:i/>
          <w:color w:val="777777"/>
          <w:sz w:val="18"/>
        </w:rPr>
        <w:t>Указание: изтрий всеки червен текст и на негово място вмъкни полето от Mailings → Insert Merge Field. (Тази бележка изтрий накрая.)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