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АВТОБИОГРАФИЯ</w:t>
      </w:r>
    </w:p>
    <w:p>
      <w:r>
        <w:rPr>
          <w:i/>
        </w:rPr>
        <w:t>Пример с измислени данни – замени ги, като внимаваш какво споделяш. Не пиши ЕГН, домашен адрес и телефон в учебни файлове.</w:t>
      </w:r>
    </w:p>
    <w:p>
      <w:pPr>
        <w:pStyle w:val="Heading1"/>
      </w:pPr>
      <w:r>
        <w:t>Лична информация</w:t>
      </w:r>
    </w:p>
    <w:p>
      <w:r>
        <w:rPr>
          <w:b/>
        </w:rPr>
        <w:t xml:space="preserve">Име: </w:t>
      </w:r>
      <w:r>
        <w:t>Мая Примерова</w:t>
      </w:r>
    </w:p>
    <w:p>
      <w:r>
        <w:rPr>
          <w:b/>
        </w:rPr>
        <w:t xml:space="preserve">Дата на раждане: </w:t>
      </w:r>
      <w:r>
        <w:t>01.01.2011</w:t>
      </w:r>
    </w:p>
    <w:p>
      <w:r>
        <w:rPr>
          <w:b/>
        </w:rPr>
        <w:t xml:space="preserve">Град: </w:t>
      </w:r>
      <w:r>
        <w:t>Пловдив</w:t>
      </w:r>
    </w:p>
    <w:p>
      <w:r>
        <w:rPr>
          <w:b/>
        </w:rPr>
        <w:t xml:space="preserve">Имейл: </w:t>
      </w:r>
      <w:r>
        <w:t>maya.primer@example.com</w:t>
      </w:r>
    </w:p>
    <w:p>
      <w:pPr>
        <w:pStyle w:val="Heading1"/>
      </w:pPr>
      <w:r>
        <w:t>Образование</w:t>
      </w:r>
    </w:p>
    <w:p>
      <w:pPr>
        <w:pStyle w:val="ListBullet"/>
      </w:pPr>
      <w:r>
        <w:t>2017 – 2024   ОУ „Примерно“, гр. Пловдив</w:t>
      </w:r>
    </w:p>
    <w:p>
      <w:pPr>
        <w:pStyle w:val="ListBullet"/>
      </w:pPr>
      <w:r>
        <w:t>2024 – досега   Профилирана гимназия „Примерна“, 9. клас</w:t>
      </w:r>
    </w:p>
    <w:p>
      <w:pPr>
        <w:pStyle w:val="Heading1"/>
      </w:pPr>
      <w:r>
        <w:t>Умения</w:t>
      </w:r>
    </w:p>
    <w:p>
      <w:pPr>
        <w:pStyle w:val="ListBullet"/>
      </w:pPr>
      <w:r>
        <w:t>Работа с MS Word и MS Excel</w:t>
      </w:r>
    </w:p>
    <w:p>
      <w:pPr>
        <w:pStyle w:val="ListBullet"/>
      </w:pPr>
      <w:r>
        <w:t>Английски език – ниво B1</w:t>
      </w:r>
    </w:p>
    <w:p>
      <w:pPr>
        <w:pStyle w:val="ListBullet"/>
      </w:pPr>
      <w:r>
        <w:t>Работа в екип</w:t>
      </w:r>
    </w:p>
    <w:p>
      <w:pPr>
        <w:pStyle w:val="Heading1"/>
      </w:pPr>
      <w:r>
        <w:t>Интереси</w:t>
      </w:r>
    </w:p>
    <w:p>
      <w:r>
        <w:t>Фотография, баскетбол, програмиране на малки игри.</w:t>
      </w:r>
    </w:p>
    <w:p>
      <w:pPr>
        <w:pStyle w:val="Heading1"/>
      </w:pPr>
      <w:r>
        <w:t>Участия и награди</w:t>
      </w:r>
    </w:p>
    <w:p>
      <w:r>
        <w:t>Участие в училищен проект „Зелено училище“ (2025).</w:t>
      </w:r>
    </w:p>
    <w:p>
      <w:r>
        <w:rPr>
          <w:i/>
        </w:rPr>
        <w:t>Задача: запиши този документ като шаблон autobiography.dotx (File → Save As → Word Template). После създай документ по шаблона и го попълни.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