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Текст за писмо (за шаблона pismo.dotx)</w:t>
      </w:r>
    </w:p>
    <w:p>
      <w:r>
        <w:t>[Име на фирмата или училището]</w:t>
      </w:r>
    </w:p>
    <w:p>
      <w:r>
        <w:t>[Адрес]</w:t>
      </w:r>
    </w:p>
    <w:p/>
    <w:p>
      <w:r>
        <w:t>Уважаеми/а [Име на получателя],</w:t>
      </w:r>
    </w:p>
    <w:p>
      <w:r>
        <w:t>Благодарим Ви за проявения интерес към нашата дейност. С удоволствие Ви информираме, че от следващия месец започваме нова инициатива, в която ще можете да участвате и Вие.</w:t>
      </w:r>
    </w:p>
    <w:p>
      <w:r>
        <w:t>Подробности ще намерите в приложената програма. При въпроси можете да се свържете с нас на посочения адрес.</w:t>
      </w:r>
    </w:p>
    <w:p/>
    <w:p>
      <w:r>
        <w:t>С уважение,</w:t>
      </w:r>
    </w:p>
    <w:p>
      <w:r>
        <w:t>[Подпис]</w:t>
      </w:r>
    </w:p>
    <w:p>
      <w:r>
        <w:t>[Дата]</w:t>
      </w:r>
    </w:p>
    <w:p>
      <w:r>
        <w:rPr>
          <w:i/>
        </w:rPr>
        <w:t>Подсказка: полетата в квадратни скоби са променливата част – тях всеки път попълваш наново. Останалото е постоянната част на шаблона.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