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Лексикон – въпроси (за шаблона leksikon.dotx)</w:t>
      </w:r>
    </w:p>
    <w:p>
      <w:r>
        <w:rPr>
          <w:b/>
        </w:rPr>
        <w:t xml:space="preserve">Име: </w:t>
      </w:r>
      <w:r>
        <w:t>_______________________________</w:t>
      </w:r>
    </w:p>
    <w:p>
      <w:r>
        <w:rPr>
          <w:b/>
        </w:rPr>
        <w:t xml:space="preserve">Години: </w:t>
      </w:r>
      <w:r>
        <w:t>_______________________________</w:t>
      </w:r>
    </w:p>
    <w:p>
      <w:r>
        <w:rPr>
          <w:b/>
        </w:rPr>
        <w:t xml:space="preserve">Зодия: </w:t>
      </w:r>
      <w:r>
        <w:t>_______________________________</w:t>
      </w:r>
    </w:p>
    <w:p>
      <w:r>
        <w:rPr>
          <w:b/>
        </w:rPr>
        <w:t xml:space="preserve">Хоби: </w:t>
      </w:r>
      <w:r>
        <w:t>_______________________________</w:t>
      </w:r>
    </w:p>
    <w:p>
      <w:r>
        <w:rPr>
          <w:b/>
        </w:rPr>
        <w:t xml:space="preserve">Любим филм: </w:t>
      </w:r>
      <w:r>
        <w:t>_______________________________</w:t>
      </w:r>
    </w:p>
    <w:p>
      <w:r>
        <w:rPr>
          <w:b/>
        </w:rPr>
        <w:t xml:space="preserve">Любима музика: </w:t>
      </w:r>
      <w:r>
        <w:t>_______________________________</w:t>
      </w:r>
    </w:p>
    <w:p>
      <w:r>
        <w:rPr>
          <w:b/>
        </w:rPr>
        <w:t xml:space="preserve">Любима книга: </w:t>
      </w:r>
      <w:r>
        <w:t>_______________________________</w:t>
      </w:r>
    </w:p>
    <w:p>
      <w:r>
        <w:rPr>
          <w:b/>
        </w:rPr>
        <w:t xml:space="preserve">Любим предмет в училище: </w:t>
      </w:r>
      <w:r>
        <w:t>_______________________________</w:t>
      </w:r>
    </w:p>
    <w:p>
      <w:r>
        <w:rPr>
          <w:b/>
        </w:rPr>
        <w:t xml:space="preserve">Любим спорт: </w:t>
      </w:r>
      <w:r>
        <w:t>_______________________________</w:t>
      </w:r>
    </w:p>
    <w:p>
      <w:r>
        <w:rPr>
          <w:b/>
        </w:rPr>
        <w:t xml:space="preserve">Любима храна: </w:t>
      </w:r>
      <w:r>
        <w:t>_______________________________</w:t>
      </w:r>
    </w:p>
    <w:p>
      <w:r>
        <w:rPr>
          <w:b/>
        </w:rPr>
        <w:t xml:space="preserve">Какъв/каква искаш да станеш?: </w:t>
      </w:r>
      <w:r>
        <w:t>_______________________________</w:t>
      </w:r>
    </w:p>
    <w:p>
      <w:r>
        <w:rPr>
          <w:b/>
        </w:rPr>
        <w:t xml:space="preserve">Твоето мото: </w:t>
      </w:r>
      <w:r>
        <w:t>_______________________________</w:t>
      </w:r>
    </w:p>
    <w:p>
      <w:r>
        <w:rPr>
          <w:b/>
        </w:rPr>
        <w:t xml:space="preserve">Какво мислиш за приятелството?: </w:t>
      </w:r>
      <w:r>
        <w:t>_______________________________</w:t>
      </w:r>
    </w:p>
    <w:p>
      <w:r>
        <w:rPr>
          <w:b/>
        </w:rPr>
        <w:t xml:space="preserve">Какво мислиш за любовта?: </w:t>
      </w:r>
      <w:r>
        <w:t>_______________________________</w:t>
      </w:r>
    </w:p>
    <w:p>
      <w:r>
        <w:rPr>
          <w:b/>
        </w:rPr>
        <w:t xml:space="preserve">Какво мислиш за идеализма?: </w:t>
      </w:r>
      <w:r>
        <w:t>_______________________________</w:t>
      </w:r>
    </w:p>
    <w:p>
      <w:r>
        <w:rPr>
          <w:b/>
        </w:rPr>
        <w:t xml:space="preserve">Пожелание към собственика на лексикона: </w:t>
      </w:r>
      <w:r>
        <w:t>_______________________________</w:t>
      </w:r>
    </w:p>
    <w:p>
      <w:r>
        <w:rPr>
          <w:i/>
        </w:rPr>
        <w:t>Оформи въпросите по свой вкус (таблица, цветове, тема), запиши като leksikon.dotx, а попълнения документ – като ime_nomer.docx.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