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Реферат по История</w:t>
      </w:r>
    </w:p>
    <w:p>
      <w:r>
        <w:t>Примерен текст на реферат за упражнение по търсене на файлове.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