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Писмо</w:t>
      </w:r>
    </w:p>
    <w:p>
      <w:r>
        <w:t>Здравей! Това е примерно писмо.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