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Хотел „Планински рай“ (измислен хотел за учебен проект)</w:t>
      </w:r>
    </w:p>
    <w:p>
      <w:r>
        <w:t>Хотел „Планински рай“ е семеен хотел в подножието на Рила, на 1400 м надморска височина, сред вековна борова гора. Разстоянието до най-близкия ски лифт е 800 м.</w:t>
      </w:r>
    </w:p>
    <w:p>
      <w:r>
        <w:t>Стаи: 12 двойни стаи с балкон и изглед към планината, 4 апартамента за семейства и 2 стаи, пригодени за хора с увреждания. Всички стаи имат собствена баня, Wi-Fi и телевизор.</w:t>
      </w:r>
    </w:p>
    <w:p>
      <w:r>
        <w:t>Ресторант: 60 места и лятна градина. Кухнята предлага традиционни български ястия, прясна риба от планинските реки и домашни сладкиши. Закуската е на блок маса.</w:t>
      </w:r>
    </w:p>
    <w:p>
      <w:r>
        <w:t>Услуги: сауна, детски кът, паркинг, наем на ски и велосипеди, организирани преходи до Седемте рилски езера и Мусала с планински водач.</w:t>
      </w:r>
    </w:p>
    <w:p>
      <w:r>
        <w:t>Цени на нощувка със закуска (в евро): двойна стая – 70 €, апартамент – 120 €, допълнително легло – 20 €. Деца до 6 години – безплатно. Зимен сезон: +15%.</w:t>
      </w:r>
    </w:p>
    <w:p>
      <w:r>
        <w:t>Контакти: тел. 0888 000 000 (примерен), имейл: info@planinski-rai.example, адрес: с. Примерно, община Примерна. (Данните са измислени.)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