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София</w:t>
      </w:r>
    </w:p>
    <w:p>
      <w:r>
        <w:t>София е столицата и най-големият град на България. В нея живеят над един милион души. Градът се намира в Софийската котловина, в подножието на планината Витоша.</w:t>
      </w:r>
    </w:p>
    <w:p>
      <w:r>
        <w:t>София е един от най-старите градове в Европа – историята ѝ продължава повече от две хиляди години. На мястото на днешния център са открити останки от древния град Сердика.</w:t>
      </w:r>
    </w:p>
    <w:p>
      <w:r>
        <w:t>Девизът на града е „Расте, но не старее“. София е столица на България от 1879 година. Тук се намират Народното събрание, Президентството, най-големите университети, театри и музеи в страната.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