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Минимални системни изисквания на операционната система</w:t>
      </w:r>
    </w:p>
    <w:p>
      <w:r>
        <w:t xml:space="preserve">Шаблон към Урок 12 (въпрос 5). Попълни таблицата за операционната система на твоя компютър, форматирай документа подходящо и го сподели в онлайн средата, в която работите. </w:t>
      </w:r>
      <w:r>
        <w:rPr>
          <w:i/>
        </w:rPr>
        <w:t>Подсказка: Start → Settings → System → About (Относно) показва версията на ОС, процесора и паметта; официалният сайт на производителя на ОС публикува минималните изисквания.</w:t>
      </w:r>
    </w:p>
    <w:p>
      <w:r>
        <w:t>Име (или само малкото име): ____________________    Клас: ______</w:t>
      </w:r>
    </w:p>
    <w:p>
      <w:pPr>
        <w:pStyle w:val="Heading1"/>
      </w:pPr>
      <w:r>
        <w:t>1. Моята операционна система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Операционна система</w:t>
            </w:r>
          </w:p>
        </w:tc>
        <w:tc>
          <w:tcPr>
            <w:tcW w:type="dxa" w:w="4320"/>
          </w:tcPr>
          <w:p>
            <w:r>
              <w:t>напр. Windows 11 Pro</w:t>
            </w:r>
          </w:p>
        </w:tc>
      </w:tr>
      <w:tr>
        <w:tc>
          <w:tcPr>
            <w:tcW w:type="dxa" w:w="4320"/>
          </w:tcPr>
          <w:p>
            <w:r>
              <w:t>Версия / издание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Тип на системата (32/64-bit)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Дата на проверка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2. Минимални изисквания и моят компютър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Компонент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Минимално изискване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Моят компютър</w:t>
            </w:r>
          </w:p>
        </w:tc>
      </w:tr>
      <w:tr>
        <w:tc>
          <w:tcPr>
            <w:tcW w:type="dxa" w:w="2880"/>
          </w:tcPr>
          <w:p>
            <w:r>
              <w:t>Процесор (CPU)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Оперативна памет (RAM)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Свободно място на диска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Видеокарта / дисплей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Фърмуер (UEFI, Secure Boot, TPM…)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Интернет връзка / акаунт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3. Заключение</w:t>
      </w:r>
    </w:p>
    <w:p>
      <w:r>
        <w:t>Отговаря ли компютърът на изискванията? С какво би го подобрил? (2–3 изречения)</w:t>
      </w:r>
    </w:p>
    <w:p>
      <w:r>
        <w:t>_____________________________________________________________</w:t>
      </w:r>
    </w:p>
    <w:p>
      <w:r>
        <w:t>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